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88A342" w14:textId="6845365B" w:rsidR="004912BC" w:rsidRDefault="004912BC">
      <w:pPr>
        <w:jc w:val="center"/>
        <w:rPr>
          <w:sz w:val="36"/>
          <w:szCs w:val="36"/>
          <w:lang w:eastAsia="ja-JP"/>
        </w:rPr>
      </w:pPr>
      <w:r w:rsidRPr="004912BC">
        <w:rPr>
          <w:rFonts w:hint="eastAsia"/>
          <w:sz w:val="36"/>
          <w:szCs w:val="36"/>
          <w:lang w:eastAsia="ja-JP"/>
        </w:rPr>
        <w:t>事業広報企画書</w:t>
      </w:r>
    </w:p>
    <w:p w14:paraId="39B45D32" w14:textId="32314D33" w:rsidR="00312975" w:rsidRPr="00312975" w:rsidRDefault="00312975" w:rsidP="00312975">
      <w:pPr>
        <w:jc w:val="right"/>
        <w:rPr>
          <w:sz w:val="24"/>
          <w:szCs w:val="24"/>
          <w:lang w:eastAsia="ja-JP"/>
        </w:rPr>
      </w:pPr>
      <w:r w:rsidRPr="008451BC">
        <w:rPr>
          <w:rFonts w:hint="eastAsia"/>
          <w:color w:val="FF0000"/>
          <w:sz w:val="24"/>
          <w:szCs w:val="24"/>
          <w:lang w:eastAsia="ja-JP"/>
        </w:rPr>
        <w:t>●</w:t>
      </w:r>
      <w:r w:rsidRPr="00312975">
        <w:rPr>
          <w:rFonts w:hint="eastAsia"/>
          <w:sz w:val="24"/>
          <w:szCs w:val="24"/>
          <w:lang w:eastAsia="ja-JP"/>
        </w:rPr>
        <w:t>年</w:t>
      </w:r>
      <w:r w:rsidRPr="008451BC">
        <w:rPr>
          <w:rFonts w:hint="eastAsia"/>
          <w:color w:val="FF0000"/>
          <w:sz w:val="24"/>
          <w:szCs w:val="24"/>
          <w:lang w:eastAsia="ja-JP"/>
        </w:rPr>
        <w:t>▲</w:t>
      </w:r>
      <w:r w:rsidRPr="00312975">
        <w:rPr>
          <w:rFonts w:hint="eastAsia"/>
          <w:sz w:val="24"/>
          <w:szCs w:val="24"/>
          <w:lang w:eastAsia="ja-JP"/>
        </w:rPr>
        <w:t>月</w:t>
      </w:r>
      <w:r w:rsidRPr="008451BC">
        <w:rPr>
          <w:rFonts w:hint="eastAsia"/>
          <w:color w:val="FF0000"/>
          <w:sz w:val="24"/>
          <w:szCs w:val="24"/>
          <w:lang w:eastAsia="ja-JP"/>
        </w:rPr>
        <w:t>■</w:t>
      </w:r>
      <w:r w:rsidRPr="00312975">
        <w:rPr>
          <w:rFonts w:hint="eastAsia"/>
          <w:sz w:val="24"/>
          <w:szCs w:val="24"/>
          <w:lang w:eastAsia="ja-JP"/>
        </w:rPr>
        <w:t>日</w:t>
      </w:r>
    </w:p>
    <w:p w14:paraId="0AFEC501" w14:textId="7544D610" w:rsidR="003636ED" w:rsidRDefault="00A05AEB">
      <w:pPr>
        <w:rPr>
          <w:b/>
          <w:sz w:val="24"/>
          <w:szCs w:val="24"/>
          <w:lang w:eastAsia="ja-JP"/>
        </w:rPr>
      </w:pPr>
      <w:r w:rsidRPr="004912BC">
        <w:rPr>
          <w:b/>
          <w:sz w:val="24"/>
          <w:szCs w:val="24"/>
          <w:lang w:eastAsia="ja-JP"/>
        </w:rPr>
        <w:t>１　事業概要</w:t>
      </w:r>
    </w:p>
    <w:tbl>
      <w:tblPr>
        <w:tblStyle w:val="afe"/>
        <w:tblpPr w:leftFromText="142" w:rightFromText="142" w:vertAnchor="text" w:horzAnchor="margin" w:tblpX="392" w:tblpY="84"/>
        <w:tblW w:w="9355" w:type="dxa"/>
        <w:tblLook w:val="04A0" w:firstRow="1" w:lastRow="0" w:firstColumn="1" w:lastColumn="0" w:noHBand="0" w:noVBand="1"/>
      </w:tblPr>
      <w:tblGrid>
        <w:gridCol w:w="1984"/>
        <w:gridCol w:w="7371"/>
      </w:tblGrid>
      <w:tr w:rsidR="00312975" w14:paraId="0ABF8BF8" w14:textId="77777777" w:rsidTr="00312975">
        <w:trPr>
          <w:trHeight w:val="624"/>
        </w:trPr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283BC32D" w14:textId="77777777" w:rsidR="00312975" w:rsidRPr="00923B17" w:rsidRDefault="00312975" w:rsidP="00312975">
            <w:pPr>
              <w:jc w:val="both"/>
              <w:rPr>
                <w:bCs/>
                <w:sz w:val="24"/>
                <w:szCs w:val="24"/>
                <w:lang w:eastAsia="ja-JP"/>
              </w:rPr>
            </w:pPr>
            <w:r w:rsidRPr="00923B17">
              <w:rPr>
                <w:rFonts w:hint="eastAsia"/>
                <w:sz w:val="24"/>
                <w:szCs w:val="24"/>
              </w:rPr>
              <w:t>町会・自治会名</w:t>
            </w:r>
          </w:p>
        </w:tc>
        <w:tc>
          <w:tcPr>
            <w:tcW w:w="7371" w:type="dxa"/>
            <w:vAlign w:val="center"/>
          </w:tcPr>
          <w:p w14:paraId="17BB6287" w14:textId="77777777" w:rsidR="00312975" w:rsidRPr="00923B17" w:rsidRDefault="00312975" w:rsidP="00312975">
            <w:pPr>
              <w:ind w:leftChars="19" w:left="40"/>
              <w:jc w:val="both"/>
              <w:rPr>
                <w:b/>
                <w:sz w:val="24"/>
                <w:szCs w:val="24"/>
                <w:lang w:eastAsia="ja-JP"/>
              </w:rPr>
            </w:pPr>
          </w:p>
        </w:tc>
      </w:tr>
      <w:tr w:rsidR="00312975" w14:paraId="07E8379B" w14:textId="77777777" w:rsidTr="00312975">
        <w:trPr>
          <w:trHeight w:val="624"/>
        </w:trPr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71696209" w14:textId="77777777" w:rsidR="00312975" w:rsidRPr="00923B17" w:rsidRDefault="00312975" w:rsidP="00312975">
            <w:pPr>
              <w:jc w:val="both"/>
              <w:rPr>
                <w:bCs/>
                <w:sz w:val="24"/>
                <w:szCs w:val="24"/>
                <w:lang w:eastAsia="ja-JP"/>
              </w:rPr>
            </w:pPr>
            <w:r w:rsidRPr="00923B17">
              <w:rPr>
                <w:rFonts w:hint="eastAsia"/>
                <w:sz w:val="24"/>
                <w:szCs w:val="24"/>
              </w:rPr>
              <w:t>事業名</w:t>
            </w:r>
          </w:p>
        </w:tc>
        <w:tc>
          <w:tcPr>
            <w:tcW w:w="7371" w:type="dxa"/>
            <w:vAlign w:val="center"/>
          </w:tcPr>
          <w:p w14:paraId="72E2F544" w14:textId="77777777" w:rsidR="00312975" w:rsidRPr="00923B17" w:rsidRDefault="00312975" w:rsidP="00312975">
            <w:pPr>
              <w:ind w:leftChars="19" w:left="40"/>
              <w:rPr>
                <w:sz w:val="24"/>
                <w:szCs w:val="24"/>
                <w:lang w:eastAsia="ja-JP"/>
              </w:rPr>
            </w:pPr>
          </w:p>
        </w:tc>
      </w:tr>
      <w:tr w:rsidR="00312975" w14:paraId="4FD9AE95" w14:textId="77777777" w:rsidTr="00312975">
        <w:trPr>
          <w:trHeight w:val="624"/>
        </w:trPr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72A9D932" w14:textId="77777777" w:rsidR="00312975" w:rsidRPr="00923B17" w:rsidRDefault="00312975" w:rsidP="00312975">
            <w:pPr>
              <w:jc w:val="both"/>
              <w:rPr>
                <w:bCs/>
                <w:sz w:val="24"/>
                <w:szCs w:val="24"/>
                <w:lang w:eastAsia="ja-JP"/>
              </w:rPr>
            </w:pPr>
            <w:r w:rsidRPr="00923B17">
              <w:rPr>
                <w:rFonts w:hint="eastAsia"/>
                <w:sz w:val="24"/>
                <w:szCs w:val="24"/>
              </w:rPr>
              <w:t>開催日程</w:t>
            </w:r>
          </w:p>
        </w:tc>
        <w:tc>
          <w:tcPr>
            <w:tcW w:w="7371" w:type="dxa"/>
            <w:vAlign w:val="center"/>
          </w:tcPr>
          <w:p w14:paraId="78FE5397" w14:textId="77777777" w:rsidR="00312975" w:rsidRPr="00923B17" w:rsidRDefault="00312975" w:rsidP="00312975">
            <w:pPr>
              <w:ind w:leftChars="19" w:left="40"/>
              <w:rPr>
                <w:b/>
                <w:sz w:val="24"/>
                <w:szCs w:val="24"/>
                <w:lang w:eastAsia="ja-JP"/>
              </w:rPr>
            </w:pPr>
          </w:p>
        </w:tc>
      </w:tr>
    </w:tbl>
    <w:p w14:paraId="49C2C667" w14:textId="77777777" w:rsidR="006A7B78" w:rsidRDefault="006A7B78">
      <w:pPr>
        <w:rPr>
          <w:b/>
          <w:sz w:val="24"/>
          <w:szCs w:val="24"/>
          <w:lang w:eastAsia="ja-JP"/>
        </w:rPr>
      </w:pPr>
    </w:p>
    <w:p w14:paraId="6189D149" w14:textId="77777777" w:rsidR="00312975" w:rsidRDefault="00312975">
      <w:pPr>
        <w:rPr>
          <w:b/>
          <w:sz w:val="24"/>
          <w:szCs w:val="24"/>
          <w:lang w:eastAsia="ja-JP"/>
        </w:rPr>
      </w:pPr>
    </w:p>
    <w:p w14:paraId="5270896D" w14:textId="77F3DD9D" w:rsidR="003636ED" w:rsidRDefault="00A05AEB">
      <w:pPr>
        <w:rPr>
          <w:b/>
          <w:sz w:val="24"/>
          <w:szCs w:val="24"/>
          <w:lang w:eastAsia="ja-JP"/>
        </w:rPr>
      </w:pPr>
      <w:r w:rsidRPr="004912BC">
        <w:rPr>
          <w:b/>
          <w:sz w:val="24"/>
          <w:szCs w:val="24"/>
          <w:lang w:eastAsia="ja-JP"/>
        </w:rPr>
        <w:t>２　広報</w:t>
      </w:r>
      <w:r w:rsidR="0049327E">
        <w:rPr>
          <w:rFonts w:hint="eastAsia"/>
          <w:b/>
          <w:sz w:val="24"/>
          <w:szCs w:val="24"/>
          <w:lang w:eastAsia="ja-JP"/>
        </w:rPr>
        <w:t>の内容</w:t>
      </w:r>
    </w:p>
    <w:tbl>
      <w:tblPr>
        <w:tblStyle w:val="afe"/>
        <w:tblW w:w="9355" w:type="dxa"/>
        <w:tblInd w:w="392" w:type="dxa"/>
        <w:tblLook w:val="04A0" w:firstRow="1" w:lastRow="0" w:firstColumn="1" w:lastColumn="0" w:noHBand="0" w:noVBand="1"/>
      </w:tblPr>
      <w:tblGrid>
        <w:gridCol w:w="1984"/>
        <w:gridCol w:w="7371"/>
      </w:tblGrid>
      <w:tr w:rsidR="0049327E" w14:paraId="04AD52E9" w14:textId="77777777" w:rsidTr="0049327E"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5DF0B38D" w14:textId="05D7059C" w:rsidR="0049327E" w:rsidRPr="00923B17" w:rsidRDefault="0049327E" w:rsidP="0049327E">
            <w:pPr>
              <w:jc w:val="both"/>
              <w:rPr>
                <w:bCs/>
                <w:sz w:val="24"/>
                <w:szCs w:val="24"/>
                <w:lang w:eastAsia="ja-JP"/>
              </w:rPr>
            </w:pPr>
            <w:r w:rsidRPr="00923B17">
              <w:rPr>
                <w:rFonts w:hint="eastAsia"/>
                <w:bCs/>
                <w:sz w:val="24"/>
                <w:szCs w:val="24"/>
                <w:lang w:eastAsia="ja-JP"/>
              </w:rPr>
              <w:t>広報対象</w:t>
            </w:r>
          </w:p>
        </w:tc>
        <w:tc>
          <w:tcPr>
            <w:tcW w:w="7371" w:type="dxa"/>
            <w:vAlign w:val="center"/>
          </w:tcPr>
          <w:p w14:paraId="66FB6FBB" w14:textId="77777777" w:rsidR="0049327E" w:rsidRPr="00923B17" w:rsidRDefault="0049327E" w:rsidP="0049327E">
            <w:pPr>
              <w:ind w:leftChars="19" w:left="40"/>
              <w:jc w:val="both"/>
              <w:rPr>
                <w:sz w:val="24"/>
                <w:szCs w:val="24"/>
                <w:lang w:eastAsia="ja-JP"/>
              </w:rPr>
            </w:pPr>
            <w:r w:rsidRPr="00923B17">
              <w:rPr>
                <w:sz w:val="24"/>
                <w:szCs w:val="24"/>
                <w:lang w:eastAsia="ja-JP"/>
              </w:rPr>
              <w:t>□ 町会・自治会</w:t>
            </w:r>
            <w:r w:rsidRPr="00923B17">
              <w:rPr>
                <w:rFonts w:hint="eastAsia"/>
                <w:sz w:val="24"/>
                <w:szCs w:val="24"/>
                <w:lang w:eastAsia="ja-JP"/>
              </w:rPr>
              <w:t>所属の児童およびその保護者</w:t>
            </w:r>
          </w:p>
          <w:p w14:paraId="56FA504B" w14:textId="77777777" w:rsidR="0049327E" w:rsidRPr="00923B17" w:rsidRDefault="0049327E" w:rsidP="0049327E">
            <w:pPr>
              <w:ind w:leftChars="19" w:left="40"/>
              <w:jc w:val="both"/>
              <w:rPr>
                <w:sz w:val="24"/>
                <w:szCs w:val="24"/>
                <w:lang w:eastAsia="ja-JP"/>
              </w:rPr>
            </w:pPr>
            <w:r w:rsidRPr="00923B17">
              <w:rPr>
                <w:sz w:val="24"/>
                <w:szCs w:val="24"/>
                <w:lang w:eastAsia="ja-JP"/>
              </w:rPr>
              <w:t>□</w:t>
            </w:r>
            <w:r w:rsidRPr="00923B17">
              <w:rPr>
                <w:rFonts w:hint="eastAsia"/>
                <w:sz w:val="24"/>
                <w:szCs w:val="24"/>
                <w:lang w:eastAsia="ja-JP"/>
              </w:rPr>
              <w:t xml:space="preserve"> 町会・自治会に所属していない児童およびその保護者</w:t>
            </w:r>
          </w:p>
          <w:p w14:paraId="7625013C" w14:textId="7FDD4BCC" w:rsidR="0049327E" w:rsidRPr="00923B17" w:rsidRDefault="0049327E" w:rsidP="0049327E">
            <w:pPr>
              <w:ind w:leftChars="19" w:left="40"/>
              <w:jc w:val="both"/>
              <w:rPr>
                <w:b/>
                <w:sz w:val="24"/>
                <w:szCs w:val="24"/>
                <w:lang w:eastAsia="ja-JP"/>
              </w:rPr>
            </w:pPr>
            <w:r w:rsidRPr="00923B17">
              <w:rPr>
                <w:sz w:val="24"/>
                <w:szCs w:val="24"/>
                <w:lang w:eastAsia="ja-JP"/>
              </w:rPr>
              <w:t xml:space="preserve">□ その他（　　　　　　　　</w:t>
            </w:r>
            <w:r w:rsidRPr="00923B17">
              <w:rPr>
                <w:rFonts w:hint="eastAsia"/>
                <w:sz w:val="24"/>
                <w:szCs w:val="24"/>
                <w:lang w:eastAsia="ja-JP"/>
              </w:rPr>
              <w:t xml:space="preserve">　　　　　　　　　　　</w:t>
            </w:r>
            <w:r w:rsidRPr="00923B17">
              <w:rPr>
                <w:sz w:val="24"/>
                <w:szCs w:val="24"/>
                <w:lang w:eastAsia="ja-JP"/>
              </w:rPr>
              <w:t>）</w:t>
            </w:r>
          </w:p>
        </w:tc>
      </w:tr>
      <w:tr w:rsidR="0049327E" w14:paraId="13C94B77" w14:textId="77777777" w:rsidTr="0049327E"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709C1876" w14:textId="2422B6ED" w:rsidR="0049327E" w:rsidRPr="00923B17" w:rsidRDefault="0049327E" w:rsidP="0049327E">
            <w:pPr>
              <w:jc w:val="both"/>
              <w:rPr>
                <w:bCs/>
                <w:sz w:val="24"/>
                <w:szCs w:val="24"/>
                <w:lang w:eastAsia="ja-JP"/>
              </w:rPr>
            </w:pPr>
            <w:r w:rsidRPr="00923B17">
              <w:rPr>
                <w:rFonts w:hint="eastAsia"/>
                <w:bCs/>
                <w:sz w:val="24"/>
                <w:szCs w:val="24"/>
                <w:lang w:eastAsia="ja-JP"/>
              </w:rPr>
              <w:t>周知する内容</w:t>
            </w:r>
          </w:p>
        </w:tc>
        <w:tc>
          <w:tcPr>
            <w:tcW w:w="7371" w:type="dxa"/>
            <w:vAlign w:val="center"/>
          </w:tcPr>
          <w:p w14:paraId="3A29EE98" w14:textId="77777777" w:rsidR="0049327E" w:rsidRPr="00923B17" w:rsidRDefault="0049327E" w:rsidP="0049327E">
            <w:pPr>
              <w:ind w:leftChars="19" w:left="40"/>
              <w:rPr>
                <w:sz w:val="24"/>
                <w:szCs w:val="24"/>
                <w:lang w:eastAsia="ja-JP"/>
              </w:rPr>
            </w:pPr>
            <w:r w:rsidRPr="00923B17">
              <w:rPr>
                <w:rFonts w:hint="eastAsia"/>
                <w:sz w:val="24"/>
                <w:szCs w:val="24"/>
                <w:lang w:eastAsia="ja-JP"/>
              </w:rPr>
              <w:t>□事業内容</w:t>
            </w:r>
          </w:p>
          <w:p w14:paraId="1AB3386C" w14:textId="3707C2AB" w:rsidR="0049327E" w:rsidRPr="00923B17" w:rsidRDefault="0049327E" w:rsidP="0049327E">
            <w:pPr>
              <w:ind w:leftChars="19" w:left="40"/>
              <w:rPr>
                <w:sz w:val="24"/>
                <w:szCs w:val="24"/>
                <w:lang w:eastAsia="ja-JP"/>
              </w:rPr>
            </w:pPr>
            <w:r w:rsidRPr="00923B17">
              <w:rPr>
                <w:rFonts w:hint="eastAsia"/>
                <w:sz w:val="24"/>
                <w:szCs w:val="24"/>
                <w:lang w:eastAsia="ja-JP"/>
              </w:rPr>
              <w:t>□</w:t>
            </w:r>
            <w:r w:rsidRPr="00923B17">
              <w:rPr>
                <w:sz w:val="24"/>
                <w:szCs w:val="24"/>
                <w:lang w:eastAsia="ja-JP"/>
              </w:rPr>
              <w:t>日時</w:t>
            </w:r>
          </w:p>
          <w:p w14:paraId="68C9373E" w14:textId="77777777" w:rsidR="0049327E" w:rsidRPr="00923B17" w:rsidRDefault="0049327E" w:rsidP="0049327E">
            <w:pPr>
              <w:ind w:leftChars="19" w:left="40"/>
              <w:rPr>
                <w:sz w:val="24"/>
                <w:szCs w:val="24"/>
                <w:lang w:eastAsia="ja-JP"/>
              </w:rPr>
            </w:pPr>
            <w:r w:rsidRPr="00923B17">
              <w:rPr>
                <w:rFonts w:hint="eastAsia"/>
                <w:sz w:val="24"/>
                <w:szCs w:val="24"/>
                <w:lang w:eastAsia="ja-JP"/>
              </w:rPr>
              <w:t>□</w:t>
            </w:r>
            <w:r w:rsidRPr="00923B17">
              <w:rPr>
                <w:sz w:val="24"/>
                <w:szCs w:val="24"/>
                <w:lang w:eastAsia="ja-JP"/>
              </w:rPr>
              <w:t>場所</w:t>
            </w:r>
          </w:p>
          <w:p w14:paraId="68460CE1" w14:textId="77777777" w:rsidR="0049327E" w:rsidRPr="00923B17" w:rsidRDefault="0049327E" w:rsidP="0049327E">
            <w:pPr>
              <w:ind w:leftChars="19" w:left="40"/>
              <w:rPr>
                <w:sz w:val="24"/>
                <w:szCs w:val="24"/>
                <w:lang w:eastAsia="ja-JP"/>
              </w:rPr>
            </w:pPr>
            <w:r w:rsidRPr="00923B17">
              <w:rPr>
                <w:rFonts w:hint="eastAsia"/>
                <w:sz w:val="24"/>
                <w:szCs w:val="24"/>
                <w:lang w:eastAsia="ja-JP"/>
              </w:rPr>
              <w:t>□</w:t>
            </w:r>
            <w:r w:rsidRPr="00923B17">
              <w:rPr>
                <w:sz w:val="24"/>
                <w:szCs w:val="24"/>
                <w:lang w:eastAsia="ja-JP"/>
              </w:rPr>
              <w:t>対象</w:t>
            </w:r>
          </w:p>
          <w:p w14:paraId="6A381FB0" w14:textId="77777777" w:rsidR="0049327E" w:rsidRPr="00923B17" w:rsidRDefault="0049327E" w:rsidP="0049327E">
            <w:pPr>
              <w:ind w:leftChars="19" w:left="40"/>
              <w:rPr>
                <w:sz w:val="24"/>
                <w:szCs w:val="24"/>
                <w:lang w:eastAsia="ja-JP"/>
              </w:rPr>
            </w:pPr>
            <w:r w:rsidRPr="00923B17">
              <w:rPr>
                <w:rFonts w:hint="eastAsia"/>
                <w:sz w:val="24"/>
                <w:szCs w:val="24"/>
                <w:lang w:eastAsia="ja-JP"/>
              </w:rPr>
              <w:t>□</w:t>
            </w:r>
            <w:r w:rsidRPr="00923B17">
              <w:rPr>
                <w:sz w:val="24"/>
                <w:szCs w:val="24"/>
                <w:lang w:eastAsia="ja-JP"/>
              </w:rPr>
              <w:t>申込方法</w:t>
            </w:r>
          </w:p>
          <w:p w14:paraId="2C1F42AA" w14:textId="77777777" w:rsidR="0049327E" w:rsidRDefault="0049327E" w:rsidP="0049327E">
            <w:pPr>
              <w:ind w:leftChars="19" w:left="40"/>
              <w:rPr>
                <w:sz w:val="24"/>
                <w:szCs w:val="24"/>
                <w:lang w:eastAsia="ja-JP"/>
              </w:rPr>
            </w:pPr>
            <w:r w:rsidRPr="00923B17">
              <w:rPr>
                <w:rFonts w:hint="eastAsia"/>
                <w:sz w:val="24"/>
                <w:szCs w:val="24"/>
                <w:lang w:eastAsia="ja-JP"/>
              </w:rPr>
              <w:t>□</w:t>
            </w:r>
            <w:r w:rsidRPr="00923B17">
              <w:rPr>
                <w:sz w:val="24"/>
                <w:szCs w:val="24"/>
                <w:lang w:eastAsia="ja-JP"/>
              </w:rPr>
              <w:t>参加費の有無</w:t>
            </w:r>
          </w:p>
          <w:p w14:paraId="2F63693E" w14:textId="1ECEF672" w:rsidR="00A05AEB" w:rsidRPr="00923B17" w:rsidRDefault="00A05AEB" w:rsidP="0049327E">
            <w:pPr>
              <w:ind w:leftChars="19" w:left="40"/>
              <w:rPr>
                <w:rFonts w:hint="eastAsia"/>
                <w:sz w:val="24"/>
                <w:szCs w:val="24"/>
                <w:lang w:eastAsia="ja-JP"/>
              </w:rPr>
            </w:pPr>
            <w:r w:rsidRPr="00923B17">
              <w:rPr>
                <w:sz w:val="24"/>
                <w:szCs w:val="24"/>
                <w:lang w:eastAsia="ja-JP"/>
              </w:rPr>
              <w:t>□ その他（　　　　　　　　　　　　　　　　　　　　）</w:t>
            </w:r>
          </w:p>
        </w:tc>
      </w:tr>
      <w:tr w:rsidR="0049327E" w14:paraId="67BC9697" w14:textId="77777777" w:rsidTr="0049327E"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4C1F7194" w14:textId="77777777" w:rsidR="0049327E" w:rsidRPr="00923B17" w:rsidRDefault="0049327E" w:rsidP="0049327E">
            <w:pPr>
              <w:jc w:val="both"/>
              <w:rPr>
                <w:bCs/>
                <w:sz w:val="24"/>
                <w:szCs w:val="24"/>
                <w:lang w:eastAsia="ja-JP"/>
              </w:rPr>
            </w:pPr>
            <w:r w:rsidRPr="00923B17">
              <w:rPr>
                <w:rFonts w:hint="eastAsia"/>
                <w:bCs/>
                <w:sz w:val="24"/>
                <w:szCs w:val="24"/>
                <w:lang w:eastAsia="ja-JP"/>
              </w:rPr>
              <w:t>作成予定の</w:t>
            </w:r>
          </w:p>
          <w:p w14:paraId="08526EB8" w14:textId="54BC052D" w:rsidR="0049327E" w:rsidRPr="00923B17" w:rsidRDefault="0049327E" w:rsidP="0049327E">
            <w:pPr>
              <w:jc w:val="both"/>
              <w:rPr>
                <w:bCs/>
                <w:sz w:val="24"/>
                <w:szCs w:val="24"/>
                <w:lang w:eastAsia="ja-JP"/>
              </w:rPr>
            </w:pPr>
            <w:r w:rsidRPr="00923B17">
              <w:rPr>
                <w:rFonts w:hint="eastAsia"/>
                <w:bCs/>
                <w:sz w:val="24"/>
                <w:szCs w:val="24"/>
                <w:lang w:eastAsia="ja-JP"/>
              </w:rPr>
              <w:t>広報媒体</w:t>
            </w:r>
          </w:p>
        </w:tc>
        <w:tc>
          <w:tcPr>
            <w:tcW w:w="7371" w:type="dxa"/>
            <w:vAlign w:val="center"/>
          </w:tcPr>
          <w:p w14:paraId="75B01FCC" w14:textId="1C332ADA" w:rsidR="0049327E" w:rsidRPr="00923B17" w:rsidRDefault="0049327E" w:rsidP="0049327E">
            <w:pPr>
              <w:ind w:leftChars="19" w:left="40"/>
              <w:rPr>
                <w:sz w:val="24"/>
                <w:szCs w:val="24"/>
                <w:lang w:eastAsia="ja-JP"/>
              </w:rPr>
            </w:pPr>
            <w:r w:rsidRPr="00923B17">
              <w:rPr>
                <w:sz w:val="24"/>
                <w:szCs w:val="24"/>
                <w:lang w:eastAsia="ja-JP"/>
              </w:rPr>
              <w:t>□ チラシ</w:t>
            </w:r>
          </w:p>
          <w:p w14:paraId="00C0B9F8" w14:textId="6D221402" w:rsidR="0049327E" w:rsidRPr="00923B17" w:rsidRDefault="0049327E" w:rsidP="0049327E">
            <w:pPr>
              <w:ind w:leftChars="19" w:left="40"/>
              <w:rPr>
                <w:sz w:val="24"/>
                <w:szCs w:val="24"/>
                <w:lang w:eastAsia="ja-JP"/>
              </w:rPr>
            </w:pPr>
            <w:r w:rsidRPr="00923B17">
              <w:rPr>
                <w:sz w:val="24"/>
                <w:szCs w:val="24"/>
                <w:lang w:eastAsia="ja-JP"/>
              </w:rPr>
              <w:t>□ ポスター</w:t>
            </w:r>
          </w:p>
          <w:p w14:paraId="4708DE56" w14:textId="138F4FE6" w:rsidR="0049327E" w:rsidRPr="00923B17" w:rsidRDefault="0049327E" w:rsidP="0049327E">
            <w:pPr>
              <w:ind w:leftChars="19" w:left="40"/>
              <w:rPr>
                <w:sz w:val="24"/>
                <w:szCs w:val="24"/>
                <w:lang w:eastAsia="ja-JP"/>
              </w:rPr>
            </w:pPr>
            <w:r w:rsidRPr="00923B17">
              <w:rPr>
                <w:sz w:val="24"/>
                <w:szCs w:val="24"/>
                <w:lang w:eastAsia="ja-JP"/>
              </w:rPr>
              <w:t>□ ホームページ</w:t>
            </w:r>
          </w:p>
          <w:p w14:paraId="754C6F79" w14:textId="77777777" w:rsidR="0049327E" w:rsidRPr="00923B17" w:rsidRDefault="0049327E" w:rsidP="0049327E">
            <w:pPr>
              <w:ind w:leftChars="19" w:left="40"/>
              <w:rPr>
                <w:sz w:val="24"/>
                <w:szCs w:val="24"/>
                <w:lang w:eastAsia="ja-JP"/>
              </w:rPr>
            </w:pPr>
            <w:r w:rsidRPr="00923B17">
              <w:rPr>
                <w:sz w:val="24"/>
                <w:szCs w:val="24"/>
                <w:lang w:eastAsia="ja-JP"/>
              </w:rPr>
              <w:t>□ SNS</w:t>
            </w:r>
          </w:p>
          <w:p w14:paraId="5D6E338D" w14:textId="2BC66639" w:rsidR="0049327E" w:rsidRPr="00923B17" w:rsidRDefault="0049327E" w:rsidP="0049327E">
            <w:pPr>
              <w:ind w:leftChars="19" w:left="40"/>
              <w:rPr>
                <w:b/>
                <w:sz w:val="24"/>
                <w:szCs w:val="24"/>
                <w:lang w:eastAsia="ja-JP"/>
              </w:rPr>
            </w:pPr>
            <w:r w:rsidRPr="00923B17">
              <w:rPr>
                <w:sz w:val="24"/>
                <w:szCs w:val="24"/>
                <w:lang w:eastAsia="ja-JP"/>
              </w:rPr>
              <w:t>□ その他（　　　　　　　　　　　　　　　　　　　　）</w:t>
            </w:r>
          </w:p>
        </w:tc>
      </w:tr>
      <w:tr w:rsidR="0049327E" w14:paraId="1D561D79" w14:textId="77777777" w:rsidTr="00312975">
        <w:trPr>
          <w:trHeight w:val="1871"/>
        </w:trPr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5883DDF6" w14:textId="77777777" w:rsidR="00312975" w:rsidRPr="00923B17" w:rsidRDefault="00312975" w:rsidP="0049327E">
            <w:pPr>
              <w:jc w:val="both"/>
              <w:rPr>
                <w:bCs/>
                <w:sz w:val="24"/>
                <w:szCs w:val="24"/>
                <w:lang w:eastAsia="ja-JP"/>
              </w:rPr>
            </w:pPr>
            <w:r w:rsidRPr="00923B17">
              <w:rPr>
                <w:rFonts w:hint="eastAsia"/>
                <w:bCs/>
                <w:sz w:val="24"/>
                <w:szCs w:val="24"/>
                <w:lang w:eastAsia="ja-JP"/>
              </w:rPr>
              <w:t>広報実施</w:t>
            </w:r>
          </w:p>
          <w:p w14:paraId="48EA0E0D" w14:textId="45A7FC39" w:rsidR="0049327E" w:rsidRPr="00923B17" w:rsidRDefault="00312975" w:rsidP="0049327E">
            <w:pPr>
              <w:jc w:val="both"/>
              <w:rPr>
                <w:bCs/>
                <w:sz w:val="24"/>
                <w:szCs w:val="24"/>
                <w:lang w:eastAsia="ja-JP"/>
              </w:rPr>
            </w:pPr>
            <w:r w:rsidRPr="00923B17">
              <w:rPr>
                <w:rFonts w:hint="eastAsia"/>
                <w:bCs/>
                <w:sz w:val="24"/>
                <w:szCs w:val="24"/>
                <w:lang w:eastAsia="ja-JP"/>
              </w:rPr>
              <w:t>スケジュール</w:t>
            </w:r>
          </w:p>
        </w:tc>
        <w:tc>
          <w:tcPr>
            <w:tcW w:w="7371" w:type="dxa"/>
            <w:vAlign w:val="center"/>
          </w:tcPr>
          <w:p w14:paraId="6E4DD43B" w14:textId="77777777" w:rsidR="00312975" w:rsidRPr="008451BC" w:rsidRDefault="00312975" w:rsidP="0049327E">
            <w:pPr>
              <w:jc w:val="both"/>
              <w:rPr>
                <w:b/>
                <w:color w:val="FF0000"/>
                <w:sz w:val="24"/>
                <w:szCs w:val="24"/>
                <w:lang w:eastAsia="ja-JP"/>
              </w:rPr>
            </w:pPr>
            <w:r w:rsidRPr="008451BC">
              <w:rPr>
                <w:rFonts w:hint="eastAsia"/>
                <w:b/>
                <w:color w:val="FF0000"/>
                <w:sz w:val="40"/>
                <w:szCs w:val="40"/>
                <w:lang w:eastAsia="ja-JP"/>
              </w:rPr>
              <w:t>＜例＞</w:t>
            </w:r>
          </w:p>
          <w:p w14:paraId="2EE6E8EE" w14:textId="1CE23965" w:rsidR="0049327E" w:rsidRPr="008451BC" w:rsidRDefault="00312975" w:rsidP="00312975">
            <w:pPr>
              <w:ind w:firstLineChars="100" w:firstLine="240"/>
              <w:jc w:val="both"/>
              <w:rPr>
                <w:bCs/>
                <w:color w:val="FF0000"/>
                <w:sz w:val="24"/>
                <w:szCs w:val="24"/>
                <w:lang w:eastAsia="ja-JP"/>
              </w:rPr>
            </w:pPr>
            <w:r w:rsidRPr="008451BC">
              <w:rPr>
                <w:rFonts w:hint="eastAsia"/>
                <w:bCs/>
                <w:color w:val="FF0000"/>
                <w:sz w:val="24"/>
                <w:szCs w:val="24"/>
                <w:lang w:eastAsia="ja-JP"/>
              </w:rPr>
              <w:t xml:space="preserve">▲月上旬　</w:t>
            </w:r>
            <w:r w:rsidRPr="008451BC">
              <w:rPr>
                <w:bCs/>
                <w:color w:val="FF0000"/>
                <w:sz w:val="24"/>
                <w:szCs w:val="24"/>
                <w:lang w:eastAsia="ja-JP"/>
              </w:rPr>
              <w:t>チラシ作成・印刷</w:t>
            </w:r>
          </w:p>
          <w:p w14:paraId="61BA2E0F" w14:textId="5D1801D1" w:rsidR="00312975" w:rsidRPr="008451BC" w:rsidRDefault="00312975" w:rsidP="00312975">
            <w:pPr>
              <w:ind w:firstLineChars="100" w:firstLine="240"/>
              <w:jc w:val="both"/>
              <w:rPr>
                <w:bCs/>
                <w:color w:val="FF0000"/>
                <w:sz w:val="24"/>
                <w:szCs w:val="24"/>
                <w:lang w:eastAsia="ja-JP"/>
              </w:rPr>
            </w:pPr>
            <w:r w:rsidRPr="008451BC">
              <w:rPr>
                <w:rFonts w:hint="eastAsia"/>
                <w:bCs/>
                <w:color w:val="FF0000"/>
                <w:sz w:val="24"/>
                <w:szCs w:val="24"/>
                <w:lang w:eastAsia="ja-JP"/>
              </w:rPr>
              <w:t xml:space="preserve">▲月中旬　</w:t>
            </w:r>
            <w:r w:rsidRPr="008451BC">
              <w:rPr>
                <w:bCs/>
                <w:color w:val="FF0000"/>
                <w:sz w:val="24"/>
                <w:szCs w:val="24"/>
                <w:lang w:eastAsia="ja-JP"/>
              </w:rPr>
              <w:t>回覧・掲示・配布開始</w:t>
            </w:r>
          </w:p>
          <w:p w14:paraId="5629D17A" w14:textId="0085E991" w:rsidR="00312975" w:rsidRPr="00923B17" w:rsidRDefault="00312975" w:rsidP="00312975">
            <w:pPr>
              <w:ind w:firstLineChars="100" w:firstLine="240"/>
              <w:jc w:val="both"/>
              <w:rPr>
                <w:bCs/>
                <w:sz w:val="24"/>
                <w:szCs w:val="24"/>
                <w:lang w:eastAsia="ja-JP"/>
              </w:rPr>
            </w:pPr>
            <w:r w:rsidRPr="008451BC">
              <w:rPr>
                <w:rFonts w:hint="eastAsia"/>
                <w:bCs/>
                <w:color w:val="FF0000"/>
                <w:sz w:val="24"/>
                <w:szCs w:val="24"/>
                <w:lang w:eastAsia="ja-JP"/>
              </w:rPr>
              <w:t xml:space="preserve">▲月下旬　</w:t>
            </w:r>
            <w:r w:rsidRPr="008451BC">
              <w:rPr>
                <w:bCs/>
                <w:color w:val="FF0000"/>
                <w:sz w:val="24"/>
                <w:szCs w:val="24"/>
                <w:lang w:eastAsia="ja-JP"/>
              </w:rPr>
              <w:t>SNS・HP掲載</w:t>
            </w:r>
          </w:p>
        </w:tc>
      </w:tr>
    </w:tbl>
    <w:p w14:paraId="44872FCC" w14:textId="064CA1CE" w:rsidR="003636ED" w:rsidRPr="004912BC" w:rsidRDefault="003636ED" w:rsidP="00312975">
      <w:pPr>
        <w:spacing w:after="20"/>
        <w:ind w:left="283"/>
        <w:rPr>
          <w:sz w:val="24"/>
          <w:szCs w:val="24"/>
          <w:lang w:eastAsia="ja-JP"/>
        </w:rPr>
      </w:pPr>
    </w:p>
    <w:sectPr w:rsidR="003636ED" w:rsidRPr="004912BC" w:rsidSect="00802CF4">
      <w:pgSz w:w="12240" w:h="15840"/>
      <w:pgMar w:top="1418" w:right="1247" w:bottom="1134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654555" w14:textId="77777777" w:rsidR="006E0321" w:rsidRDefault="006E0321" w:rsidP="00923B17">
      <w:pPr>
        <w:spacing w:after="0" w:line="240" w:lineRule="auto"/>
      </w:pPr>
      <w:r>
        <w:separator/>
      </w:r>
    </w:p>
  </w:endnote>
  <w:endnote w:type="continuationSeparator" w:id="0">
    <w:p w14:paraId="558FFD19" w14:textId="77777777" w:rsidR="006E0321" w:rsidRDefault="006E0321" w:rsidP="00923B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0643C3" w14:textId="77777777" w:rsidR="006E0321" w:rsidRDefault="006E0321" w:rsidP="00923B17">
      <w:pPr>
        <w:spacing w:after="0" w:line="240" w:lineRule="auto"/>
      </w:pPr>
      <w:r>
        <w:separator/>
      </w:r>
    </w:p>
  </w:footnote>
  <w:footnote w:type="continuationSeparator" w:id="0">
    <w:p w14:paraId="4EA8C17A" w14:textId="77777777" w:rsidR="006E0321" w:rsidRDefault="006E0321" w:rsidP="00923B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42589242">
    <w:abstractNumId w:val="8"/>
  </w:num>
  <w:num w:numId="2" w16cid:durableId="1057044540">
    <w:abstractNumId w:val="6"/>
  </w:num>
  <w:num w:numId="3" w16cid:durableId="346175994">
    <w:abstractNumId w:val="5"/>
  </w:num>
  <w:num w:numId="4" w16cid:durableId="1950237572">
    <w:abstractNumId w:val="4"/>
  </w:num>
  <w:num w:numId="5" w16cid:durableId="1163740787">
    <w:abstractNumId w:val="7"/>
  </w:num>
  <w:num w:numId="6" w16cid:durableId="1491024325">
    <w:abstractNumId w:val="3"/>
  </w:num>
  <w:num w:numId="7" w16cid:durableId="295449709">
    <w:abstractNumId w:val="2"/>
  </w:num>
  <w:num w:numId="8" w16cid:durableId="1426337844">
    <w:abstractNumId w:val="1"/>
  </w:num>
  <w:num w:numId="9" w16cid:durableId="18208044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12975"/>
    <w:rsid w:val="00326F90"/>
    <w:rsid w:val="003636ED"/>
    <w:rsid w:val="004912BC"/>
    <w:rsid w:val="0049327E"/>
    <w:rsid w:val="006A7B78"/>
    <w:rsid w:val="006E0321"/>
    <w:rsid w:val="00802CF4"/>
    <w:rsid w:val="0081057C"/>
    <w:rsid w:val="008451BC"/>
    <w:rsid w:val="008E7B1F"/>
    <w:rsid w:val="00923B17"/>
    <w:rsid w:val="00A05AEB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2330095"/>
  <w14:defaultImageDpi w14:val="300"/>
  <w15:docId w15:val="{2D945D72-E192-4C7E-A2F6-85D638D20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49327E"/>
    <w:rPr>
      <w:rFonts w:ascii="ＭＳ 明朝" w:eastAsia="ＭＳ 明朝" w:hAnsi="ＭＳ 明朝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ヘッダー (文字)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フッター (文字)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見出し 1 (文字)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見出し 2 (文字)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見出し 3 (文字)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表題 (文字)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題 (文字)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(文字)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(文字)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(文字)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マクロ文字列 (文字)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文 (文字)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見出し 4 (文字)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見出し 5 (文字)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見出し 6 (文字)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見出し 7 (文字)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見出し 8 (文字)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見出し 9 (文字)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27">
    <w:name w:val="Intense Quote"/>
    <w:basedOn w:val="a1"/>
    <w:next w:val="a1"/>
    <w:link w:val="28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28">
    <w:name w:val="引用文 2 (文字)"/>
    <w:basedOn w:val="a2"/>
    <w:link w:val="27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29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b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2a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c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d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e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2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13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14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15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16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17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2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2c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d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2e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2f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2f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2f1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37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38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39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a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3b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3c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3d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4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2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3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4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5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6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7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1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2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3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4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5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6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7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62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63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64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65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66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67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71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2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3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4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5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6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8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83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4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5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6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7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1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10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10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10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10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10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10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110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11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11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113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5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6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120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1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2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4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5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6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3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31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32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33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3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35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36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4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41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42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43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4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4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46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E06C8EB2D04774C81444B4EC2F56207" ma:contentTypeVersion="10" ma:contentTypeDescription="新しいドキュメントを作成します。" ma:contentTypeScope="" ma:versionID="62560dbdcbb697f11090502410bda205">
  <xsd:schema xmlns:xsd="http://www.w3.org/2001/XMLSchema" xmlns:xs="http://www.w3.org/2001/XMLSchema" xmlns:p="http://schemas.microsoft.com/office/2006/metadata/properties" xmlns:ns2="43e6500a-e595-4a0a-aade-6de497148564" xmlns:ns3="29b0785e-ff76-4359-9d95-2823cb176877" targetNamespace="http://schemas.microsoft.com/office/2006/metadata/properties" ma:root="true" ma:fieldsID="32fd85f6f09b27bb92d45fc8d92064c1" ns2:_="" ns3:_="">
    <xsd:import namespace="43e6500a-e595-4a0a-aade-6de497148564"/>
    <xsd:import namespace="29b0785e-ff76-4359-9d95-2823cb1768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e6500a-e595-4a0a-aade-6de4971485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画像タグ" ma:readOnly="false" ma:fieldId="{5cf76f15-5ced-4ddc-b409-7134ff3c332f}" ma:taxonomyMulti="true" ma:sspId="262264a0-e0b5-4a1b-a3df-08c52dfd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0785e-ff76-4359-9d95-2823cb17687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224461b-f449-4b09-a110-6705a26aa5d1}" ma:internalName="TaxCatchAll" ma:showField="CatchAllData" ma:web="29b0785e-ff76-4359-9d95-2823cb17687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3e6500a-e595-4a0a-aade-6de497148564">
      <Terms xmlns="http://schemas.microsoft.com/office/infopath/2007/PartnerControls"/>
    </lcf76f155ced4ddcb4097134ff3c332f>
    <TaxCatchAll xmlns="29b0785e-ff76-4359-9d95-2823cb176877" xsi:nil="true"/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746C95A-E167-44D0-9632-1615BA9456B2}"/>
</file>

<file path=customXml/itemProps3.xml><?xml version="1.0" encoding="utf-8"?>
<ds:datastoreItem xmlns:ds="http://schemas.openxmlformats.org/officeDocument/2006/customXml" ds:itemID="{1801B801-2ED2-4E16-BC55-2709EB588E29}"/>
</file>

<file path=customXml/itemProps4.xml><?xml version="1.0" encoding="utf-8"?>
<ds:datastoreItem xmlns:ds="http://schemas.openxmlformats.org/officeDocument/2006/customXml" ds:itemID="{5EFBB444-C591-4993-AFE4-BAAB41E12E5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334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佐藤　脩二</cp:lastModifiedBy>
  <cp:revision>6</cp:revision>
  <dcterms:created xsi:type="dcterms:W3CDTF">2026-04-23T02:24:00Z</dcterms:created>
  <dcterms:modified xsi:type="dcterms:W3CDTF">2026-04-23T02:34:00Z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0x010100EE06C8EB2D04774C81444B4EC2F56207</vt:lpwstr>
  </property>
</Properties>
</file>